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551"/>
        <w:gridCol w:w="2551"/>
        <w:gridCol w:w="1984"/>
      </w:tblGrid>
      <w:tr w:rsidR="00F62D63" w14:paraId="62371C52" w14:textId="77777777" w:rsidTr="00AA3607">
        <w:trPr>
          <w:trHeight w:val="242"/>
          <w:jc w:val="center"/>
        </w:trPr>
        <w:tc>
          <w:tcPr>
            <w:tcW w:w="3969" w:type="dxa"/>
            <w:vMerge w:val="restart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9CD9E0" w14:textId="77777777" w:rsidR="00F62D63" w:rsidRDefault="00700617">
            <w:pPr>
              <w:spacing w:after="0" w:line="240" w:lineRule="auto"/>
            </w:pPr>
            <w:r>
              <w:rPr>
                <w:b/>
                <w:sz w:val="24"/>
              </w:rPr>
              <w:t>MELDING OM</w:t>
            </w:r>
            <w:r>
              <w:rPr>
                <w:b/>
                <w:sz w:val="24"/>
              </w:rPr>
              <w:br/>
              <w:t>INSTALLASJONSARBEID</w:t>
            </w:r>
          </w:p>
        </w:tc>
        <w:tc>
          <w:tcPr>
            <w:tcW w:w="25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35F314E" w14:textId="77777777" w:rsidR="00F62D63" w:rsidRDefault="00700617">
            <w:pPr>
              <w:spacing w:after="0" w:line="240" w:lineRule="auto"/>
            </w:pPr>
            <w:r>
              <w:t>Nettstasjon</w:t>
            </w:r>
          </w:p>
        </w:tc>
        <w:tc>
          <w:tcPr>
            <w:tcW w:w="25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5F34964" w14:textId="72A69E5B" w:rsidR="00F62D63" w:rsidRDefault="00700617">
            <w:pPr>
              <w:spacing w:after="0" w:line="240" w:lineRule="auto"/>
            </w:pPr>
            <w:r>
              <w:t xml:space="preserve">Dato </w:t>
            </w:r>
            <w:proofErr w:type="spellStart"/>
            <w:r>
              <w:t>mottatt</w:t>
            </w:r>
            <w:proofErr w:type="spellEnd"/>
          </w:p>
        </w:tc>
        <w:tc>
          <w:tcPr>
            <w:tcW w:w="198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15342D1" w14:textId="77777777" w:rsidR="00F62D63" w:rsidRDefault="00700617">
            <w:pPr>
              <w:spacing w:after="0" w:line="240" w:lineRule="auto"/>
            </w:pPr>
            <w:r>
              <w:t>Ref.nr.</w:t>
            </w:r>
          </w:p>
        </w:tc>
      </w:tr>
      <w:tr w:rsidR="00F62D63" w14:paraId="36E4DF17" w14:textId="77777777" w:rsidTr="00AA3607">
        <w:trPr>
          <w:trHeight w:val="20"/>
          <w:jc w:val="center"/>
        </w:trPr>
        <w:tc>
          <w:tcPr>
            <w:tcW w:w="3969" w:type="dxa"/>
            <w:vMerge/>
          </w:tcPr>
          <w:p w14:paraId="7746722B" w14:textId="77777777" w:rsidR="00F62D63" w:rsidRDefault="00F62D63"/>
        </w:tc>
        <w:tc>
          <w:tcPr>
            <w:tcW w:w="255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496C98A" w14:textId="77777777" w:rsidR="00F62D63" w:rsidRDefault="00700617">
            <w:pPr>
              <w:spacing w:after="0" w:line="240" w:lineRule="auto"/>
            </w:pPr>
            <w:r>
              <w:t>Målernr.</w:t>
            </w:r>
          </w:p>
        </w:tc>
        <w:tc>
          <w:tcPr>
            <w:tcW w:w="4535" w:type="dxa"/>
            <w:gridSpan w:val="2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BE9EF5" w14:textId="77777777" w:rsidR="00F62D63" w:rsidRDefault="00700617">
            <w:pPr>
              <w:spacing w:after="0" w:line="240" w:lineRule="auto"/>
            </w:pPr>
            <w:r>
              <w:t>Installasjon-/anleggsnr.</w:t>
            </w:r>
          </w:p>
        </w:tc>
      </w:tr>
      <w:tr w:rsidR="00F62D63" w:rsidRPr="003C56CE" w14:paraId="4FCEB520" w14:textId="77777777" w:rsidTr="00AA3607">
        <w:trPr>
          <w:trHeight w:val="23"/>
          <w:jc w:val="center"/>
        </w:trPr>
        <w:tc>
          <w:tcPr>
            <w:tcW w:w="11055" w:type="dxa"/>
            <w:gridSpan w:val="4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54F5724" w14:textId="7DDBC560" w:rsidR="00F62D63" w:rsidRPr="003C56CE" w:rsidRDefault="00700617">
            <w:pPr>
              <w:spacing w:after="0" w:line="240" w:lineRule="auto"/>
              <w:rPr>
                <w:lang w:val="nb-NO"/>
              </w:rPr>
            </w:pPr>
            <w:r w:rsidRPr="003C56CE">
              <w:rPr>
                <w:lang w:val="nb-NO"/>
              </w:rPr>
              <w:t xml:space="preserve">Melding til:  </w:t>
            </w:r>
            <w:sdt>
              <w:sdtPr>
                <w:rPr>
                  <w:lang w:val="nb-NO"/>
                </w:rPr>
                <w:id w:val="-1020006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D19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Nettselskap    </w:t>
            </w:r>
            <w:sdt>
              <w:sdtPr>
                <w:rPr>
                  <w:lang w:val="nb-NO"/>
                </w:rPr>
                <w:id w:val="-1065018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4D19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Det lokale </w:t>
            </w:r>
            <w:proofErr w:type="spellStart"/>
            <w:r w:rsidRPr="003C56CE">
              <w:rPr>
                <w:lang w:val="nb-NO"/>
              </w:rPr>
              <w:t>eltilsyn</w:t>
            </w:r>
            <w:proofErr w:type="spellEnd"/>
          </w:p>
        </w:tc>
      </w:tr>
    </w:tbl>
    <w:p w14:paraId="48077D8B" w14:textId="77777777" w:rsidR="00F62D63" w:rsidRPr="003C56CE" w:rsidRDefault="00F62D63">
      <w:pPr>
        <w:spacing w:after="20"/>
        <w:rPr>
          <w:lang w:val="nb-NO"/>
        </w:rPr>
      </w:pPr>
    </w:p>
    <w:tbl>
      <w:tblPr>
        <w:tblW w:w="0" w:type="auto"/>
        <w:jc w:val="center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4940"/>
        <w:gridCol w:w="6109"/>
        <w:gridCol w:w="6"/>
      </w:tblGrid>
      <w:tr w:rsidR="00AA3607" w:rsidRPr="003C56CE" w14:paraId="76099083" w14:textId="77777777" w:rsidTr="00AA3607">
        <w:trPr>
          <w:trHeight w:val="20"/>
          <w:jc w:val="center"/>
        </w:trPr>
        <w:tc>
          <w:tcPr>
            <w:tcW w:w="11055" w:type="dxa"/>
            <w:gridSpan w:val="3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F8896AF" w14:textId="6C21110A" w:rsidR="00AA3607" w:rsidRPr="003C56CE" w:rsidRDefault="00AA3607" w:rsidP="00AA3607">
            <w:pPr>
              <w:spacing w:after="0" w:line="240" w:lineRule="auto"/>
              <w:jc w:val="center"/>
              <w:rPr>
                <w:lang w:val="nb-NO"/>
              </w:rPr>
            </w:pPr>
            <w:proofErr w:type="spellStart"/>
            <w:r>
              <w:rPr>
                <w:b/>
                <w:sz w:val="14"/>
              </w:rPr>
              <w:t>Generelle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opplysninger</w:t>
            </w:r>
            <w:proofErr w:type="spellEnd"/>
          </w:p>
        </w:tc>
      </w:tr>
      <w:tr w:rsidR="00AA3607" w:rsidRPr="003C56CE" w14:paraId="147BF481" w14:textId="77777777" w:rsidTr="00AA3607">
        <w:trPr>
          <w:gridAfter w:val="1"/>
          <w:wAfter w:w="6" w:type="dxa"/>
          <w:trHeight w:val="340"/>
          <w:jc w:val="center"/>
        </w:trPr>
        <w:tc>
          <w:tcPr>
            <w:tcW w:w="494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CA41A2" w14:textId="799747AA" w:rsidR="00AA3607" w:rsidRDefault="00AA3607">
            <w:pPr>
              <w:spacing w:after="0" w:line="240" w:lineRule="auto"/>
            </w:pPr>
            <w:proofErr w:type="spellStart"/>
            <w:r>
              <w:t>Entreprenør</w:t>
            </w:r>
            <w:proofErr w:type="spellEnd"/>
            <w:r>
              <w:t xml:space="preserve">: </w:t>
            </w:r>
          </w:p>
        </w:tc>
        <w:tc>
          <w:tcPr>
            <w:tcW w:w="610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644B261" w14:textId="77777777" w:rsidR="00AA3607" w:rsidRPr="003C56CE" w:rsidRDefault="00AA3607">
            <w:pPr>
              <w:spacing w:after="0" w:line="240" w:lineRule="auto"/>
              <w:rPr>
                <w:lang w:val="nb-NO"/>
              </w:rPr>
            </w:pPr>
            <w:r w:rsidRPr="003C56CE">
              <w:rPr>
                <w:lang w:val="nb-NO"/>
              </w:rPr>
              <w:t>Saksbehandler</w:t>
            </w:r>
            <w:r w:rsidRPr="003C56CE">
              <w:rPr>
                <w:b/>
                <w:lang w:val="nb-NO"/>
              </w:rPr>
              <w:br/>
              <w:t>Org.nr./Aut.nr.</w:t>
            </w:r>
          </w:p>
        </w:tc>
      </w:tr>
      <w:tr w:rsidR="00AA3607" w14:paraId="514CF6DE" w14:textId="77777777" w:rsidTr="00AA3607">
        <w:trPr>
          <w:gridAfter w:val="1"/>
          <w:wAfter w:w="6" w:type="dxa"/>
          <w:trHeight w:val="340"/>
          <w:jc w:val="center"/>
        </w:trPr>
        <w:tc>
          <w:tcPr>
            <w:tcW w:w="494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C96E970" w14:textId="430430F3" w:rsidR="00AA3607" w:rsidRDefault="00AA3607">
            <w:pPr>
              <w:spacing w:after="0" w:line="240" w:lineRule="auto"/>
            </w:pPr>
            <w:proofErr w:type="spellStart"/>
            <w:r>
              <w:t>Adresse</w:t>
            </w:r>
            <w:proofErr w:type="spellEnd"/>
            <w:r>
              <w:t>:</w:t>
            </w:r>
          </w:p>
        </w:tc>
        <w:tc>
          <w:tcPr>
            <w:tcW w:w="610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4865A8F" w14:textId="517DF7EF" w:rsidR="00AA3607" w:rsidRDefault="00AA3607">
            <w:pPr>
              <w:spacing w:after="0" w:line="240" w:lineRule="auto"/>
            </w:pPr>
            <w:proofErr w:type="spellStart"/>
            <w:proofErr w:type="gramStart"/>
            <w:r>
              <w:t>Tlf</w:t>
            </w:r>
            <w:proofErr w:type="spellEnd"/>
            <w:r>
              <w:t>./mob.nr./</w:t>
            </w:r>
            <w:proofErr w:type="spellStart"/>
            <w:proofErr w:type="gramEnd"/>
            <w:r>
              <w:t>telefaks</w:t>
            </w:r>
            <w:proofErr w:type="spellEnd"/>
            <w:r>
              <w:t>:</w:t>
            </w:r>
            <w:r>
              <w:br/>
            </w:r>
          </w:p>
        </w:tc>
      </w:tr>
      <w:tr w:rsidR="00AA3607" w14:paraId="046BB33A" w14:textId="77777777" w:rsidTr="00AA3607">
        <w:trPr>
          <w:gridAfter w:val="1"/>
          <w:wAfter w:w="6" w:type="dxa"/>
          <w:trHeight w:val="164"/>
          <w:jc w:val="center"/>
        </w:trPr>
        <w:tc>
          <w:tcPr>
            <w:tcW w:w="494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AAACBE" w14:textId="77777777" w:rsidR="00AA3607" w:rsidRDefault="00AA3607">
            <w:pPr>
              <w:spacing w:after="0" w:line="240" w:lineRule="auto"/>
            </w:pPr>
            <w:proofErr w:type="spellStart"/>
            <w:r>
              <w:t>Postnummer</w:t>
            </w:r>
            <w:proofErr w:type="spellEnd"/>
            <w:r>
              <w:t>/</w:t>
            </w:r>
            <w:proofErr w:type="spellStart"/>
            <w:r>
              <w:t>sted</w:t>
            </w:r>
            <w:proofErr w:type="spellEnd"/>
          </w:p>
        </w:tc>
        <w:tc>
          <w:tcPr>
            <w:tcW w:w="610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8B1B4A3" w14:textId="689D5D45" w:rsidR="00AA3607" w:rsidRDefault="00AA3607">
            <w:pPr>
              <w:spacing w:after="0" w:line="240" w:lineRule="auto"/>
            </w:pPr>
            <w:r>
              <w:t>E-post:</w:t>
            </w:r>
            <w:r>
              <w:br/>
            </w:r>
          </w:p>
        </w:tc>
      </w:tr>
      <w:tr w:rsidR="00AA3607" w14:paraId="0DCD789A" w14:textId="77777777" w:rsidTr="00AA3607">
        <w:trPr>
          <w:gridAfter w:val="1"/>
          <w:wAfter w:w="6" w:type="dxa"/>
          <w:trHeight w:val="340"/>
          <w:jc w:val="center"/>
        </w:trPr>
        <w:tc>
          <w:tcPr>
            <w:tcW w:w="494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86BF3F" w14:textId="3FDE598F" w:rsidR="00AA3607" w:rsidRDefault="00AA3607">
            <w:pPr>
              <w:spacing w:after="0" w:line="240" w:lineRule="auto"/>
            </w:pPr>
            <w:proofErr w:type="spellStart"/>
            <w:r>
              <w:t>Nettselskap</w:t>
            </w:r>
            <w:proofErr w:type="spellEnd"/>
            <w:r>
              <w:t>:</w:t>
            </w:r>
          </w:p>
        </w:tc>
        <w:tc>
          <w:tcPr>
            <w:tcW w:w="610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463A568" w14:textId="78100AE9" w:rsidR="00AA3607" w:rsidRDefault="00AA3607">
            <w:pPr>
              <w:spacing w:after="0" w:line="240" w:lineRule="auto"/>
            </w:pPr>
            <w:proofErr w:type="spellStart"/>
            <w:proofErr w:type="gramStart"/>
            <w:r>
              <w:t>Tlf</w:t>
            </w:r>
            <w:proofErr w:type="spellEnd"/>
            <w:r>
              <w:t>./mob.nr./</w:t>
            </w:r>
            <w:proofErr w:type="spellStart"/>
            <w:proofErr w:type="gramEnd"/>
            <w:r>
              <w:t>telefaks</w:t>
            </w:r>
            <w:proofErr w:type="spellEnd"/>
            <w:r>
              <w:t>:</w:t>
            </w:r>
            <w:r>
              <w:br/>
            </w:r>
          </w:p>
        </w:tc>
      </w:tr>
      <w:tr w:rsidR="00AA3607" w14:paraId="1B4D5F96" w14:textId="77777777" w:rsidTr="00AA3607">
        <w:trPr>
          <w:gridAfter w:val="1"/>
          <w:wAfter w:w="6" w:type="dxa"/>
          <w:trHeight w:val="340"/>
          <w:jc w:val="center"/>
        </w:trPr>
        <w:tc>
          <w:tcPr>
            <w:tcW w:w="494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61029BA" w14:textId="501EA747" w:rsidR="00AA3607" w:rsidRDefault="00AA3607">
            <w:pPr>
              <w:spacing w:after="0" w:line="240" w:lineRule="auto"/>
            </w:pPr>
            <w:proofErr w:type="spellStart"/>
            <w:r>
              <w:t>Adresse</w:t>
            </w:r>
            <w:proofErr w:type="spellEnd"/>
            <w:r>
              <w:t>:</w:t>
            </w:r>
          </w:p>
        </w:tc>
        <w:tc>
          <w:tcPr>
            <w:tcW w:w="610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51D9797" w14:textId="1A7F8D99" w:rsidR="00AA3607" w:rsidRDefault="00AA3607">
            <w:pPr>
              <w:spacing w:after="0" w:line="240" w:lineRule="auto"/>
            </w:pPr>
            <w:r>
              <w:t>E-post:</w:t>
            </w:r>
            <w:r>
              <w:br/>
            </w:r>
          </w:p>
        </w:tc>
      </w:tr>
      <w:tr w:rsidR="00AA3607" w14:paraId="322106BB" w14:textId="77777777" w:rsidTr="00AA3607">
        <w:trPr>
          <w:gridAfter w:val="1"/>
          <w:wAfter w:w="6" w:type="dxa"/>
          <w:trHeight w:val="340"/>
          <w:jc w:val="center"/>
        </w:trPr>
        <w:tc>
          <w:tcPr>
            <w:tcW w:w="494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3EDD934" w14:textId="77777777" w:rsidR="00AA3607" w:rsidRDefault="00AA3607">
            <w:pPr>
              <w:spacing w:after="0" w:line="240" w:lineRule="auto"/>
            </w:pPr>
            <w:proofErr w:type="spellStart"/>
            <w:r>
              <w:t>Postnummer</w:t>
            </w:r>
            <w:proofErr w:type="spellEnd"/>
            <w:r>
              <w:t>/</w:t>
            </w:r>
            <w:proofErr w:type="spellStart"/>
            <w:r>
              <w:t>sted</w:t>
            </w:r>
            <w:proofErr w:type="spellEnd"/>
          </w:p>
        </w:tc>
        <w:tc>
          <w:tcPr>
            <w:tcW w:w="610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6B252D7" w14:textId="2A67F14A" w:rsidR="00AA3607" w:rsidRDefault="00AA3607">
            <w:pPr>
              <w:spacing w:after="0" w:line="240" w:lineRule="auto"/>
            </w:pPr>
            <w:proofErr w:type="spellStart"/>
            <w:r>
              <w:t>Kontaktperson</w:t>
            </w:r>
            <w:proofErr w:type="spellEnd"/>
            <w:r>
              <w:t>:</w:t>
            </w:r>
            <w:r>
              <w:br/>
            </w:r>
          </w:p>
        </w:tc>
      </w:tr>
      <w:tr w:rsidR="00AA3607" w14:paraId="3C3F3D5F" w14:textId="77777777" w:rsidTr="00AA3607">
        <w:trPr>
          <w:gridAfter w:val="1"/>
          <w:wAfter w:w="6" w:type="dxa"/>
          <w:trHeight w:val="340"/>
          <w:jc w:val="center"/>
        </w:trPr>
        <w:tc>
          <w:tcPr>
            <w:tcW w:w="494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EA4D731" w14:textId="6DF089AB" w:rsidR="00AA3607" w:rsidRDefault="00AA3607">
            <w:pPr>
              <w:spacing w:after="0" w:line="240" w:lineRule="auto"/>
            </w:pPr>
            <w:proofErr w:type="spellStart"/>
            <w:r>
              <w:t>Eier</w:t>
            </w:r>
            <w:proofErr w:type="spellEnd"/>
            <w:r>
              <w:t>/</w:t>
            </w:r>
            <w:proofErr w:type="spellStart"/>
            <w:r>
              <w:t>Byggherre</w:t>
            </w:r>
            <w:proofErr w:type="spellEnd"/>
            <w:r>
              <w:t>/</w:t>
            </w:r>
            <w:proofErr w:type="spellStart"/>
            <w:r>
              <w:t>Bestiller</w:t>
            </w:r>
            <w:proofErr w:type="spellEnd"/>
            <w:r>
              <w:t>:</w:t>
            </w:r>
          </w:p>
        </w:tc>
        <w:tc>
          <w:tcPr>
            <w:tcW w:w="610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4E04EE3" w14:textId="70A05B07" w:rsidR="00AA3607" w:rsidRDefault="00AA3607">
            <w:pPr>
              <w:spacing w:after="0" w:line="240" w:lineRule="auto"/>
            </w:pPr>
            <w:proofErr w:type="spellStart"/>
            <w:proofErr w:type="gramStart"/>
            <w:r>
              <w:t>Tlf</w:t>
            </w:r>
            <w:proofErr w:type="spellEnd"/>
            <w:r>
              <w:t>./mob.nr./</w:t>
            </w:r>
            <w:proofErr w:type="spellStart"/>
            <w:proofErr w:type="gramEnd"/>
            <w:r>
              <w:t>telefaks</w:t>
            </w:r>
            <w:proofErr w:type="spellEnd"/>
            <w:r>
              <w:t>:</w:t>
            </w:r>
            <w:r>
              <w:rPr>
                <w:b/>
              </w:rPr>
              <w:br/>
              <w:t>Org.nr.</w:t>
            </w:r>
          </w:p>
        </w:tc>
      </w:tr>
      <w:tr w:rsidR="00AA3607" w:rsidRPr="003C56CE" w14:paraId="60BF3019" w14:textId="77777777" w:rsidTr="00AA3607">
        <w:trPr>
          <w:gridAfter w:val="1"/>
          <w:wAfter w:w="6" w:type="dxa"/>
          <w:trHeight w:val="113"/>
          <w:jc w:val="center"/>
        </w:trPr>
        <w:tc>
          <w:tcPr>
            <w:tcW w:w="494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8C40E2" w14:textId="38BE0C74" w:rsidR="00AA3607" w:rsidRDefault="00AA3607">
            <w:pPr>
              <w:spacing w:after="0" w:line="240" w:lineRule="auto"/>
            </w:pPr>
            <w:proofErr w:type="spellStart"/>
            <w:r>
              <w:t>Adresse</w:t>
            </w:r>
            <w:proofErr w:type="spellEnd"/>
            <w:r>
              <w:t>:</w:t>
            </w:r>
          </w:p>
        </w:tc>
        <w:tc>
          <w:tcPr>
            <w:tcW w:w="610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A219A9" w14:textId="52D10FC2" w:rsidR="00AA3607" w:rsidRPr="003C56CE" w:rsidRDefault="00AA3607">
            <w:pPr>
              <w:spacing w:after="0" w:line="240" w:lineRule="auto"/>
              <w:rPr>
                <w:lang w:val="nb-NO"/>
              </w:rPr>
            </w:pPr>
            <w:r w:rsidRPr="003C56CE">
              <w:rPr>
                <w:lang w:val="nb-NO"/>
              </w:rPr>
              <w:t>Installasjon-/anleggsadresse/g.nr., b.nr., f.nr.</w:t>
            </w:r>
            <w:r>
              <w:rPr>
                <w:lang w:val="nb-NO"/>
              </w:rPr>
              <w:t>:</w:t>
            </w:r>
            <w:r w:rsidRPr="003C56CE">
              <w:rPr>
                <w:lang w:val="nb-NO"/>
              </w:rPr>
              <w:br/>
            </w:r>
            <w:r w:rsidRPr="003C56CE">
              <w:rPr>
                <w:b/>
                <w:lang w:val="nb-NO"/>
              </w:rPr>
              <w:br/>
              <w:t>Installasjonens-/anleggets bruksområde</w:t>
            </w:r>
          </w:p>
        </w:tc>
      </w:tr>
    </w:tbl>
    <w:p w14:paraId="21A528C5" w14:textId="77777777" w:rsidR="00F62D63" w:rsidRPr="003C56CE" w:rsidRDefault="00F62D63">
      <w:pPr>
        <w:spacing w:after="20"/>
        <w:rPr>
          <w:lang w:val="nb-NO"/>
        </w:rPr>
      </w:pPr>
    </w:p>
    <w:tbl>
      <w:tblPr>
        <w:tblW w:w="0" w:type="auto"/>
        <w:jc w:val="center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2119"/>
        <w:gridCol w:w="3685"/>
        <w:gridCol w:w="5245"/>
        <w:gridCol w:w="7"/>
      </w:tblGrid>
      <w:tr w:rsidR="00AA3607" w:rsidRPr="003C56CE" w14:paraId="0F0EEDE3" w14:textId="77777777" w:rsidTr="00AA3607">
        <w:trPr>
          <w:trHeight w:val="20"/>
          <w:jc w:val="center"/>
        </w:trPr>
        <w:tc>
          <w:tcPr>
            <w:tcW w:w="11056" w:type="dxa"/>
            <w:gridSpan w:val="4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965385" w14:textId="32A4932C" w:rsidR="00AA3607" w:rsidRDefault="00AA3607" w:rsidP="00AA3607">
            <w:pPr>
              <w:spacing w:after="0" w:line="240" w:lineRule="auto"/>
              <w:jc w:val="center"/>
              <w:rPr>
                <w:lang w:val="nb-NO"/>
              </w:rPr>
            </w:pPr>
            <w:r w:rsidRPr="003C56CE">
              <w:rPr>
                <w:b/>
                <w:sz w:val="14"/>
                <w:lang w:val="nb-NO"/>
              </w:rPr>
              <w:t>Tekniske data om installasjon/anlegg</w:t>
            </w:r>
          </w:p>
        </w:tc>
      </w:tr>
      <w:tr w:rsidR="00AA3607" w:rsidRPr="003C56CE" w14:paraId="5193EE62" w14:textId="77777777" w:rsidTr="00AA3607">
        <w:trPr>
          <w:gridAfter w:val="1"/>
          <w:wAfter w:w="7" w:type="dxa"/>
          <w:trHeight w:val="340"/>
          <w:jc w:val="center"/>
        </w:trPr>
        <w:tc>
          <w:tcPr>
            <w:tcW w:w="11049" w:type="dxa"/>
            <w:gridSpan w:val="3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EF895B3" w14:textId="100DDF34" w:rsidR="00AA3607" w:rsidRPr="003C56CE" w:rsidRDefault="00AA3607">
            <w:pPr>
              <w:spacing w:after="0" w:line="240" w:lineRule="auto"/>
              <w:rPr>
                <w:lang w:val="nb-NO"/>
              </w:rPr>
            </w:pPr>
            <w:sdt>
              <w:sdtPr>
                <w:rPr>
                  <w:lang w:val="nb-NO"/>
                </w:rPr>
                <w:id w:val="-4831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Ny installasjon   </w:t>
            </w:r>
            <w:sdt>
              <w:sdtPr>
                <w:rPr>
                  <w:lang w:val="nb-NO"/>
                </w:rPr>
                <w:id w:val="-1145199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Nytt anlegg   </w:t>
            </w:r>
            <w:sdt>
              <w:sdtPr>
                <w:rPr>
                  <w:lang w:val="nb-NO"/>
                </w:rPr>
                <w:id w:val="-1043678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Midlertidig installasjon   </w:t>
            </w:r>
            <w:sdt>
              <w:sdtPr>
                <w:rPr>
                  <w:lang w:val="nb-NO"/>
                </w:rPr>
                <w:id w:val="765733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Endring av </w:t>
            </w:r>
            <w:proofErr w:type="spellStart"/>
            <w:proofErr w:type="gramStart"/>
            <w:r w:rsidRPr="003C56CE">
              <w:rPr>
                <w:lang w:val="nb-NO"/>
              </w:rPr>
              <w:t>overb.vernh</w:t>
            </w:r>
            <w:proofErr w:type="spellEnd"/>
            <w:proofErr w:type="gramEnd"/>
            <w:r w:rsidRPr="003C56CE">
              <w:rPr>
                <w:lang w:val="nb-NO"/>
              </w:rPr>
              <w:t xml:space="preserve">./sikring   </w:t>
            </w:r>
            <w:sdt>
              <w:sdtPr>
                <w:rPr>
                  <w:lang w:val="nb-NO"/>
                </w:rPr>
                <w:id w:val="-1018542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Arbeid i målepunkt   </w:t>
            </w:r>
            <w:sdt>
              <w:sdtPr>
                <w:rPr>
                  <w:lang w:val="nb-NO"/>
                </w:rPr>
                <w:id w:val="1872414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Bruksendring</w:t>
            </w:r>
          </w:p>
        </w:tc>
      </w:tr>
      <w:tr w:rsidR="00AA3607" w:rsidRPr="00034D19" w14:paraId="028612D5" w14:textId="77777777" w:rsidTr="00AA3607">
        <w:trPr>
          <w:gridAfter w:val="1"/>
          <w:wAfter w:w="7" w:type="dxa"/>
          <w:trHeight w:val="340"/>
          <w:jc w:val="center"/>
        </w:trPr>
        <w:tc>
          <w:tcPr>
            <w:tcW w:w="11049" w:type="dxa"/>
            <w:gridSpan w:val="3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E27A98" w14:textId="5F82C0F8" w:rsidR="00AA3607" w:rsidRPr="003C56CE" w:rsidRDefault="00AA3607">
            <w:pPr>
              <w:spacing w:after="0" w:line="240" w:lineRule="auto"/>
              <w:rPr>
                <w:lang w:val="nb-NO"/>
              </w:rPr>
            </w:pPr>
            <w:r w:rsidRPr="003C56CE">
              <w:rPr>
                <w:lang w:val="nb-NO"/>
              </w:rPr>
              <w:t xml:space="preserve">Stikkledning:  </w:t>
            </w:r>
            <w:sdt>
              <w:sdtPr>
                <w:rPr>
                  <w:lang w:val="nb-NO"/>
                </w:rPr>
                <w:id w:val="-635336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Jordkabel   </w:t>
            </w:r>
            <w:sdt>
              <w:sdtPr>
                <w:rPr>
                  <w:lang w:val="nb-NO"/>
                </w:rPr>
                <w:id w:val="-301231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Luftledning   </w:t>
            </w:r>
            <w:sdt>
              <w:sdtPr>
                <w:rPr>
                  <w:lang w:val="nb-NO"/>
                </w:rPr>
                <w:id w:val="1590973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Skinner   Type/dimensjon: __________ × ______ mm²   </w:t>
            </w:r>
            <w:sdt>
              <w:sdtPr>
                <w:rPr>
                  <w:lang w:val="nb-NO"/>
                </w:rPr>
                <w:id w:val="2141995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Al   </w:t>
            </w:r>
            <w:sdt>
              <w:sdtPr>
                <w:rPr>
                  <w:lang w:val="nb-NO"/>
                </w:rPr>
                <w:id w:val="1441639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</w:t>
            </w:r>
            <w:proofErr w:type="spellStart"/>
            <w:r w:rsidRPr="003C56CE">
              <w:rPr>
                <w:lang w:val="nb-NO"/>
              </w:rPr>
              <w:t>Cu</w:t>
            </w:r>
            <w:proofErr w:type="spellEnd"/>
            <w:r w:rsidRPr="003C56CE">
              <w:rPr>
                <w:lang w:val="nb-NO"/>
              </w:rPr>
              <w:t xml:space="preserve">   </w:t>
            </w:r>
            <w:sdt>
              <w:sdtPr>
                <w:rPr>
                  <w:lang w:val="nb-NO"/>
                </w:rPr>
                <w:id w:val="-1548210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Er lagt   </w:t>
            </w:r>
            <w:sdt>
              <w:sdtPr>
                <w:rPr>
                  <w:lang w:val="nb-NO"/>
                </w:rPr>
                <w:id w:val="665913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Ønskes</w:t>
            </w:r>
          </w:p>
        </w:tc>
      </w:tr>
      <w:tr w:rsidR="00AA3607" w14:paraId="3CE1AA87" w14:textId="77777777" w:rsidTr="00AA3607">
        <w:trPr>
          <w:gridAfter w:val="1"/>
          <w:wAfter w:w="7" w:type="dxa"/>
          <w:trHeight w:val="340"/>
          <w:jc w:val="center"/>
        </w:trPr>
        <w:tc>
          <w:tcPr>
            <w:tcW w:w="2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42D84B" w14:textId="77777777" w:rsidR="00AA3607" w:rsidRDefault="00AA3607">
            <w:pPr>
              <w:spacing w:after="0" w:line="240" w:lineRule="auto"/>
            </w:pPr>
            <w:proofErr w:type="spellStart"/>
            <w:r>
              <w:t>Energiforbruk</w:t>
            </w:r>
            <w:proofErr w:type="spellEnd"/>
            <w:r>
              <w:t xml:space="preserve"> pr. </w:t>
            </w:r>
            <w:proofErr w:type="spellStart"/>
            <w:r>
              <w:t>år</w:t>
            </w:r>
            <w:proofErr w:type="spellEnd"/>
            <w:r>
              <w:t xml:space="preserve"> (kWh)</w:t>
            </w:r>
          </w:p>
        </w:tc>
        <w:tc>
          <w:tcPr>
            <w:tcW w:w="368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8709FDF" w14:textId="77777777" w:rsidR="00AA3607" w:rsidRDefault="00AA3607">
            <w:pPr>
              <w:spacing w:after="0" w:line="240" w:lineRule="auto"/>
            </w:pPr>
            <w:proofErr w:type="spellStart"/>
            <w:r>
              <w:t>Effektbehov</w:t>
            </w:r>
            <w:proofErr w:type="spellEnd"/>
            <w:r>
              <w:t xml:space="preserve"> (kW)</w:t>
            </w:r>
          </w:p>
        </w:tc>
        <w:tc>
          <w:tcPr>
            <w:tcW w:w="524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B1F3C5" w14:textId="77777777" w:rsidR="00AA3607" w:rsidRDefault="00AA3607">
            <w:pPr>
              <w:spacing w:after="0" w:line="240" w:lineRule="auto"/>
            </w:pPr>
            <w:proofErr w:type="spellStart"/>
            <w:r>
              <w:t>Forventet</w:t>
            </w:r>
            <w:proofErr w:type="spellEnd"/>
            <w:r>
              <w:t xml:space="preserve"> </w:t>
            </w:r>
            <w:proofErr w:type="spellStart"/>
            <w:r>
              <w:t>tilknytningsdato</w:t>
            </w:r>
            <w:proofErr w:type="spellEnd"/>
          </w:p>
        </w:tc>
      </w:tr>
      <w:tr w:rsidR="00AA3607" w14:paraId="011FC325" w14:textId="77777777" w:rsidTr="00AA3607">
        <w:trPr>
          <w:gridAfter w:val="1"/>
          <w:wAfter w:w="7" w:type="dxa"/>
          <w:trHeight w:val="340"/>
          <w:jc w:val="center"/>
        </w:trPr>
        <w:tc>
          <w:tcPr>
            <w:tcW w:w="2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B93BC85" w14:textId="77777777" w:rsidR="00AA3607" w:rsidRDefault="00AA3607">
            <w:pPr>
              <w:spacing w:after="0" w:line="240" w:lineRule="auto"/>
            </w:pPr>
            <w:proofErr w:type="spellStart"/>
            <w:r>
              <w:t>Antatt</w:t>
            </w:r>
            <w:proofErr w:type="spellEnd"/>
            <w:r>
              <w:t xml:space="preserve"> </w:t>
            </w:r>
            <w:proofErr w:type="spellStart"/>
            <w:r>
              <w:t>ferdigdato</w:t>
            </w:r>
            <w:proofErr w:type="spellEnd"/>
          </w:p>
        </w:tc>
        <w:tc>
          <w:tcPr>
            <w:tcW w:w="368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DB3F6C9" w14:textId="77777777" w:rsidR="00AA3607" w:rsidRPr="003C56CE" w:rsidRDefault="00AA3607">
            <w:pPr>
              <w:spacing w:after="0" w:line="240" w:lineRule="auto"/>
              <w:rPr>
                <w:lang w:val="nb-NO"/>
              </w:rPr>
            </w:pPr>
            <w:r w:rsidRPr="003C56CE">
              <w:rPr>
                <w:lang w:val="nb-NO"/>
              </w:rPr>
              <w:t>Installasjonen inneholder utstyr som kan gi store spenningsvariasjoner og startstrømmer</w:t>
            </w:r>
          </w:p>
        </w:tc>
        <w:tc>
          <w:tcPr>
            <w:tcW w:w="524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sdt>
            <w:sdtPr>
              <w:id w:val="3855318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C0F46E6" w14:textId="43979179" w:rsidR="00AA3607" w:rsidRDefault="00AA3607">
                <w:pPr>
                  <w:spacing w:after="0" w:line="240" w:lineRule="auto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AA3607" w14:paraId="00058BFA" w14:textId="77777777" w:rsidTr="00AA3607">
        <w:trPr>
          <w:gridAfter w:val="1"/>
          <w:wAfter w:w="7" w:type="dxa"/>
          <w:trHeight w:val="398"/>
          <w:jc w:val="center"/>
        </w:trPr>
        <w:tc>
          <w:tcPr>
            <w:tcW w:w="2119" w:type="dxa"/>
            <w:vMerge w:val="restart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72B12B5" w14:textId="77777777" w:rsidR="00AA3607" w:rsidRDefault="00AA3607">
            <w:pPr>
              <w:spacing w:after="0" w:line="240" w:lineRule="auto"/>
            </w:pPr>
            <w:proofErr w:type="spellStart"/>
            <w:r>
              <w:t>Tilleggsopplysninger</w:t>
            </w:r>
            <w:proofErr w:type="spellEnd"/>
          </w:p>
        </w:tc>
        <w:tc>
          <w:tcPr>
            <w:tcW w:w="3685" w:type="dxa"/>
            <w:vMerge w:val="restart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79962D" w14:textId="465D2F04" w:rsidR="00AA3607" w:rsidRPr="003C56CE" w:rsidRDefault="00AA3607">
            <w:pPr>
              <w:spacing w:after="0" w:line="240" w:lineRule="auto"/>
              <w:rPr>
                <w:lang w:val="nb-NO"/>
              </w:rPr>
            </w:pPr>
            <w:r w:rsidRPr="003C56CE">
              <w:rPr>
                <w:lang w:val="nb-NO"/>
              </w:rPr>
              <w:t>☐ Delt entreprise.</w:t>
            </w:r>
            <w:r w:rsidRPr="003C56CE">
              <w:rPr>
                <w:lang w:val="nb-NO"/>
              </w:rPr>
              <w:br/>
              <w:t>Se vedlagt oversikt mht. grensesnitt</w:t>
            </w:r>
            <w:r w:rsidRPr="003C56CE">
              <w:rPr>
                <w:lang w:val="nb-NO"/>
              </w:rPr>
              <w:br/>
              <w:t>Overlastningsvern er: ______ A</w:t>
            </w:r>
            <w:r w:rsidRPr="003C56CE">
              <w:rPr>
                <w:lang w:val="nb-NO"/>
              </w:rPr>
              <w:br/>
              <w:t>Overlastningsvern blir: ______ A</w:t>
            </w:r>
            <w:r w:rsidRPr="003C56CE">
              <w:rPr>
                <w:lang w:val="nb-NO"/>
              </w:rPr>
              <w:br/>
              <w:t>Hovedsikring er: ______ A</w:t>
            </w:r>
            <w:r w:rsidRPr="003C56CE">
              <w:rPr>
                <w:lang w:val="nb-NO"/>
              </w:rPr>
              <w:br/>
              <w:t>Hovedsikring blir: ______ A</w:t>
            </w:r>
          </w:p>
        </w:tc>
        <w:tc>
          <w:tcPr>
            <w:tcW w:w="5245" w:type="dxa"/>
            <w:vMerge w:val="restart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5830FE5" w14:textId="77777777" w:rsidR="00AA3607" w:rsidRDefault="00AA3607">
            <w:pPr>
              <w:spacing w:after="0" w:line="240" w:lineRule="auto"/>
            </w:pPr>
            <w:r>
              <w:t xml:space="preserve">Antall </w:t>
            </w:r>
            <w:proofErr w:type="spellStart"/>
            <w:r>
              <w:t>anlegg</w:t>
            </w:r>
            <w:proofErr w:type="spellEnd"/>
            <w:r>
              <w:br/>
            </w:r>
            <w:r>
              <w:br/>
              <w:t>Dato: __________</w:t>
            </w:r>
            <w:r>
              <w:br/>
            </w:r>
            <w:proofErr w:type="spellStart"/>
            <w:r>
              <w:t>Ansvarlig</w:t>
            </w:r>
            <w:proofErr w:type="spellEnd"/>
            <w:r>
              <w:t xml:space="preserve"> underskrift fra entreprenør:</w:t>
            </w:r>
            <w:r>
              <w:br/>
              <w:t>____________________________</w:t>
            </w:r>
          </w:p>
        </w:tc>
      </w:tr>
      <w:tr w:rsidR="00AA3607" w14:paraId="6AF1159F" w14:textId="77777777" w:rsidTr="00AA3607">
        <w:trPr>
          <w:gridAfter w:val="1"/>
          <w:wAfter w:w="7" w:type="dxa"/>
          <w:trHeight w:val="398"/>
          <w:jc w:val="center"/>
        </w:trPr>
        <w:tc>
          <w:tcPr>
            <w:tcW w:w="2119" w:type="dxa"/>
            <w:vMerge/>
          </w:tcPr>
          <w:p w14:paraId="3F97D982" w14:textId="77777777" w:rsidR="00AA3607" w:rsidRDefault="00AA3607"/>
        </w:tc>
        <w:tc>
          <w:tcPr>
            <w:tcW w:w="3685" w:type="dxa"/>
            <w:vMerge/>
          </w:tcPr>
          <w:p w14:paraId="3F801ED4" w14:textId="77777777" w:rsidR="00AA3607" w:rsidRDefault="00AA3607"/>
        </w:tc>
        <w:tc>
          <w:tcPr>
            <w:tcW w:w="5245" w:type="dxa"/>
            <w:vMerge/>
          </w:tcPr>
          <w:p w14:paraId="312B733F" w14:textId="77777777" w:rsidR="00AA3607" w:rsidRDefault="00AA3607"/>
        </w:tc>
      </w:tr>
    </w:tbl>
    <w:p w14:paraId="3DD75785" w14:textId="77777777" w:rsidR="00F62D63" w:rsidRDefault="00F62D63">
      <w:pPr>
        <w:spacing w:after="20"/>
      </w:pPr>
    </w:p>
    <w:tbl>
      <w:tblPr>
        <w:tblW w:w="0" w:type="auto"/>
        <w:jc w:val="center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2721"/>
        <w:gridCol w:w="3557"/>
        <w:gridCol w:w="4860"/>
        <w:gridCol w:w="8"/>
      </w:tblGrid>
      <w:tr w:rsidR="00AA3607" w:rsidRPr="003C56CE" w14:paraId="413AA421" w14:textId="77777777" w:rsidTr="00AA3607">
        <w:trPr>
          <w:trHeight w:val="47"/>
          <w:jc w:val="center"/>
        </w:trPr>
        <w:tc>
          <w:tcPr>
            <w:tcW w:w="11145" w:type="dxa"/>
            <w:gridSpan w:val="4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B37A827" w14:textId="5BDDF6FE" w:rsidR="00AA3607" w:rsidRPr="003C56CE" w:rsidRDefault="00AA3607" w:rsidP="00AA3607">
            <w:pPr>
              <w:spacing w:after="0" w:line="240" w:lineRule="auto"/>
              <w:jc w:val="center"/>
              <w:rPr>
                <w:lang w:val="nb-NO"/>
              </w:rPr>
            </w:pPr>
            <w:proofErr w:type="spellStart"/>
            <w:r>
              <w:rPr>
                <w:b/>
                <w:sz w:val="14"/>
              </w:rPr>
              <w:t>Tilbakemelding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fra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nettselskap</w:t>
            </w:r>
            <w:proofErr w:type="spellEnd"/>
          </w:p>
        </w:tc>
      </w:tr>
      <w:tr w:rsidR="00AA3607" w:rsidRPr="003C56CE" w14:paraId="76DF9A2D" w14:textId="77777777" w:rsidTr="00AA3607">
        <w:trPr>
          <w:gridAfter w:val="1"/>
          <w:wAfter w:w="8" w:type="dxa"/>
          <w:trHeight w:val="323"/>
          <w:jc w:val="center"/>
        </w:trPr>
        <w:tc>
          <w:tcPr>
            <w:tcW w:w="272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28FEE85" w14:textId="212DE9BD" w:rsidR="00AA3607" w:rsidRDefault="00AA3607">
            <w:pPr>
              <w:spacing w:after="0" w:line="240" w:lineRule="auto"/>
            </w:pPr>
            <w:proofErr w:type="spellStart"/>
            <w:r>
              <w:t>Nettsystem</w:t>
            </w:r>
            <w:proofErr w:type="spellEnd"/>
            <w:r>
              <w:br/>
            </w:r>
            <w:sdt>
              <w:sdtPr>
                <w:id w:val="-855108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IT   </w:t>
            </w:r>
            <w:sdt>
              <w:sdtPr>
                <w:id w:val="-1917843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TT  </w:t>
            </w:r>
            <w:sdt>
              <w:sdtPr>
                <w:id w:val="-1996178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TN-C-S  </w:t>
            </w:r>
            <w:sdt>
              <w:sdtPr>
                <w:id w:val="1481886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TN-S</w:t>
            </w:r>
            <w:r>
              <w:br/>
            </w:r>
            <w:sdt>
              <w:sdtPr>
                <w:id w:val="-1362816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230V   </w:t>
            </w:r>
            <w:sdt>
              <w:sdtPr>
                <w:id w:val="-103919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14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400V</w:t>
            </w:r>
          </w:p>
        </w:tc>
        <w:tc>
          <w:tcPr>
            <w:tcW w:w="355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6BE3085" w14:textId="279CE617" w:rsidR="00AA3607" w:rsidRPr="003C56CE" w:rsidRDefault="00AA3607">
            <w:pPr>
              <w:spacing w:after="0" w:line="240" w:lineRule="auto"/>
              <w:rPr>
                <w:lang w:val="nb-NO"/>
              </w:rPr>
            </w:pPr>
            <w:r w:rsidRPr="003C56CE">
              <w:rPr>
                <w:lang w:val="nb-NO"/>
              </w:rPr>
              <w:t>Kortslutningsdata</w:t>
            </w:r>
            <w:r w:rsidRPr="003C56CE">
              <w:rPr>
                <w:lang w:val="nb-NO"/>
              </w:rPr>
              <w:br/>
            </w:r>
            <w:sdt>
              <w:sdtPr>
                <w:rPr>
                  <w:lang w:val="nb-NO"/>
                </w:rPr>
                <w:id w:val="-849175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Standard verdier   </w:t>
            </w:r>
            <w:sdt>
              <w:sdtPr>
                <w:rPr>
                  <w:lang w:val="nb-NO"/>
                </w:rPr>
                <w:id w:val="1204135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Beregnede verdier</w:t>
            </w:r>
          </w:p>
        </w:tc>
        <w:tc>
          <w:tcPr>
            <w:tcW w:w="485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582DBD" w14:textId="1FCE08CD" w:rsidR="00AA3607" w:rsidRPr="003C56CE" w:rsidRDefault="00AA3607">
            <w:pPr>
              <w:spacing w:after="0" w:line="240" w:lineRule="auto"/>
              <w:rPr>
                <w:lang w:val="nb-NO"/>
              </w:rPr>
            </w:pPr>
            <w:r w:rsidRPr="003C56CE">
              <w:rPr>
                <w:lang w:val="nb-NO"/>
              </w:rPr>
              <w:t xml:space="preserve">Kortslutningsvern plassert:  </w:t>
            </w:r>
            <w:sdt>
              <w:sdtPr>
                <w:rPr>
                  <w:lang w:val="nb-NO"/>
                </w:rPr>
                <w:id w:val="-684982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14D4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Nettselskap   </w:t>
            </w:r>
            <w:sdt>
              <w:sdtPr>
                <w:rPr>
                  <w:lang w:val="nb-NO"/>
                </w:rPr>
                <w:id w:val="907650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Installasjon</w:t>
            </w:r>
            <w:r w:rsidRPr="003C56CE">
              <w:rPr>
                <w:lang w:val="nb-NO"/>
              </w:rPr>
              <w:br/>
              <w:t>Merkestrøm/innstilt verdi: ______ A</w:t>
            </w:r>
          </w:p>
        </w:tc>
      </w:tr>
      <w:tr w:rsidR="00AA3607" w14:paraId="5073B8FA" w14:textId="77777777" w:rsidTr="00AA3607">
        <w:trPr>
          <w:gridAfter w:val="1"/>
          <w:wAfter w:w="8" w:type="dxa"/>
          <w:trHeight w:val="323"/>
          <w:jc w:val="center"/>
        </w:trPr>
        <w:tc>
          <w:tcPr>
            <w:tcW w:w="272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4E0859" w14:textId="0DF00082" w:rsidR="00AA3607" w:rsidRPr="00BC03A3" w:rsidRDefault="00AA3607">
            <w:pPr>
              <w:spacing w:after="0" w:line="240" w:lineRule="auto"/>
              <w:rPr>
                <w:lang w:val="nn-NO"/>
              </w:rPr>
            </w:pPr>
            <w:proofErr w:type="spellStart"/>
            <w:r w:rsidRPr="00034D19">
              <w:rPr>
                <w:lang w:val="nn-NO"/>
              </w:rPr>
              <w:t>Stikkledning</w:t>
            </w:r>
            <w:proofErr w:type="spellEnd"/>
            <w:r w:rsidRPr="00034D19">
              <w:rPr>
                <w:lang w:val="nn-NO"/>
              </w:rPr>
              <w:t xml:space="preserve"> </w:t>
            </w:r>
            <w:proofErr w:type="spellStart"/>
            <w:r w:rsidRPr="00034D19">
              <w:rPr>
                <w:lang w:val="nn-NO"/>
              </w:rPr>
              <w:t>tilkobles</w:t>
            </w:r>
            <w:proofErr w:type="spellEnd"/>
            <w:r w:rsidRPr="00034D19">
              <w:rPr>
                <w:lang w:val="nn-NO"/>
              </w:rPr>
              <w:t>:</w:t>
            </w:r>
            <w:r w:rsidRPr="00034D19">
              <w:rPr>
                <w:lang w:val="nn-NO"/>
              </w:rPr>
              <w:br/>
            </w:r>
            <w:sdt>
              <w:sdtPr>
                <w:rPr>
                  <w:lang w:val="nn-NO"/>
                </w:rPr>
                <w:id w:val="-1681569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n-NO"/>
                  </w:rPr>
                  <w:t>☐</w:t>
                </w:r>
              </w:sdtContent>
            </w:sdt>
            <w:r w:rsidRPr="00034D19">
              <w:rPr>
                <w:lang w:val="nn-NO"/>
              </w:rPr>
              <w:t xml:space="preserve"> Stolpe   </w:t>
            </w:r>
            <w:sdt>
              <w:sdtPr>
                <w:rPr>
                  <w:lang w:val="nn-NO"/>
                </w:rPr>
                <w:id w:val="1522660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n-NO"/>
                  </w:rPr>
                  <w:t>☐</w:t>
                </w:r>
              </w:sdtContent>
            </w:sdt>
            <w:r w:rsidRPr="00034D19">
              <w:rPr>
                <w:lang w:val="nn-NO"/>
              </w:rPr>
              <w:t xml:space="preserve"> Skap   Nr. </w:t>
            </w:r>
            <w:r w:rsidRPr="00BC03A3">
              <w:rPr>
                <w:lang w:val="nn-NO"/>
              </w:rPr>
              <w:t>__________</w:t>
            </w:r>
          </w:p>
        </w:tc>
        <w:tc>
          <w:tcPr>
            <w:tcW w:w="3557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FA30EE1" w14:textId="3E0CDBBC" w:rsidR="00AA3607" w:rsidRPr="003C56CE" w:rsidRDefault="00AA3607">
            <w:pPr>
              <w:spacing w:after="0" w:line="240" w:lineRule="auto"/>
              <w:rPr>
                <w:lang w:val="nb-NO"/>
              </w:rPr>
            </w:pPr>
            <w:sdt>
              <w:sdtPr>
                <w:rPr>
                  <w:lang w:val="nb-NO"/>
                </w:rPr>
                <w:id w:val="-638030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Nettselskap jordleder/jordelektrode kan tilkobles installasjon</w:t>
            </w:r>
          </w:p>
        </w:tc>
        <w:tc>
          <w:tcPr>
            <w:tcW w:w="485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D7EB1B2" w14:textId="7A8B71AB" w:rsidR="00AA3607" w:rsidRDefault="00AA3607">
            <w:pPr>
              <w:spacing w:after="0" w:line="240" w:lineRule="auto"/>
            </w:pPr>
            <w:proofErr w:type="spellStart"/>
            <w:r>
              <w:t>Jordslutningsstrøm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IT-system: ______ mA</w:t>
            </w:r>
            <w:r>
              <w:br/>
              <w:t xml:space="preserve">Tordenvær: </w:t>
            </w:r>
            <w:sdt>
              <w:sdtPr>
                <w:id w:val="-1967569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AQ1   </w:t>
            </w:r>
            <w:sdt>
              <w:sdtPr>
                <w:id w:val="-1117050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AQ2</w:t>
            </w:r>
          </w:p>
        </w:tc>
      </w:tr>
      <w:tr w:rsidR="00AA3607" w:rsidRPr="003C56CE" w14:paraId="35793D58" w14:textId="77777777" w:rsidTr="00AA3607">
        <w:trPr>
          <w:gridAfter w:val="1"/>
          <w:wAfter w:w="7" w:type="dxa"/>
          <w:trHeight w:val="323"/>
          <w:jc w:val="center"/>
        </w:trPr>
        <w:tc>
          <w:tcPr>
            <w:tcW w:w="11138" w:type="dxa"/>
            <w:gridSpan w:val="3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8CC6CDD" w14:textId="238EE555" w:rsidR="00AA3607" w:rsidRPr="003C56CE" w:rsidRDefault="00AA3607">
            <w:pPr>
              <w:spacing w:after="0" w:line="240" w:lineRule="auto"/>
              <w:rPr>
                <w:lang w:val="nb-NO"/>
              </w:rPr>
            </w:pPr>
            <w:r w:rsidRPr="003C56CE">
              <w:rPr>
                <w:lang w:val="nb-NO"/>
              </w:rPr>
              <w:t xml:space="preserve">Stikkledning: </w:t>
            </w:r>
            <w:sdt>
              <w:sdtPr>
                <w:rPr>
                  <w:lang w:val="nb-NO"/>
                </w:rPr>
                <w:id w:val="1728182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Jordkabel  </w:t>
            </w:r>
            <w:sdt>
              <w:sdtPr>
                <w:rPr>
                  <w:lang w:val="nb-NO"/>
                </w:rPr>
                <w:id w:val="-9841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Luftledning  </w:t>
            </w:r>
            <w:sdt>
              <w:sdtPr>
                <w:rPr>
                  <w:lang w:val="nb-NO"/>
                </w:rPr>
                <w:id w:val="-1446304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Skinner</w:t>
            </w:r>
            <w:r w:rsidRPr="003C56CE">
              <w:rPr>
                <w:lang w:val="nb-NO"/>
              </w:rPr>
              <w:br/>
              <w:t xml:space="preserve">Type/dimensjon: ______ × ______ mm²  </w:t>
            </w:r>
            <w:sdt>
              <w:sdtPr>
                <w:rPr>
                  <w:lang w:val="nb-NO"/>
                </w:rPr>
                <w:id w:val="915679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Al  </w:t>
            </w:r>
            <w:sdt>
              <w:sdtPr>
                <w:rPr>
                  <w:lang w:val="nb-NO"/>
                </w:rPr>
                <w:id w:val="-1744326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</w:t>
            </w:r>
            <w:proofErr w:type="spellStart"/>
            <w:r w:rsidRPr="003C56CE">
              <w:rPr>
                <w:lang w:val="nb-NO"/>
              </w:rPr>
              <w:t>Cu</w:t>
            </w:r>
            <w:proofErr w:type="spellEnd"/>
            <w:r w:rsidRPr="003C56CE">
              <w:rPr>
                <w:lang w:val="nb-NO"/>
              </w:rPr>
              <w:t xml:space="preserve">  </w:t>
            </w:r>
            <w:sdt>
              <w:sdtPr>
                <w:rPr>
                  <w:lang w:val="nb-NO"/>
                </w:rPr>
                <w:id w:val="420382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Er lagt  </w:t>
            </w:r>
            <w:sdt>
              <w:sdtPr>
                <w:rPr>
                  <w:lang w:val="nb-NO"/>
                </w:rPr>
                <w:id w:val="1428624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Legges</w:t>
            </w:r>
          </w:p>
        </w:tc>
      </w:tr>
      <w:tr w:rsidR="00AA3607" w:rsidRPr="00034D19" w14:paraId="2A9D2268" w14:textId="77777777" w:rsidTr="00AA3607">
        <w:trPr>
          <w:gridAfter w:val="1"/>
          <w:wAfter w:w="8" w:type="dxa"/>
          <w:trHeight w:val="331"/>
          <w:jc w:val="center"/>
        </w:trPr>
        <w:tc>
          <w:tcPr>
            <w:tcW w:w="272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0A172D9" w14:textId="77777777" w:rsidR="00AA3607" w:rsidRDefault="00AA3607">
            <w:pPr>
              <w:spacing w:after="0" w:line="240" w:lineRule="auto"/>
            </w:pPr>
            <w:proofErr w:type="spellStart"/>
            <w:r>
              <w:t>Merknader</w:t>
            </w:r>
            <w:proofErr w:type="spellEnd"/>
            <w:r>
              <w:t>:</w:t>
            </w:r>
          </w:p>
        </w:tc>
        <w:tc>
          <w:tcPr>
            <w:tcW w:w="8416" w:type="dxa"/>
            <w:gridSpan w:val="2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0C6575" w14:textId="057926AC" w:rsidR="00AA3607" w:rsidRPr="003C56CE" w:rsidRDefault="00AA3607">
            <w:pPr>
              <w:spacing w:after="0" w:line="240" w:lineRule="auto"/>
              <w:rPr>
                <w:lang w:val="nb-NO"/>
              </w:rPr>
            </w:pPr>
            <w:r w:rsidRPr="003C56CE">
              <w:rPr>
                <w:lang w:val="nb-NO"/>
              </w:rPr>
              <w:t xml:space="preserve">Meldingen er: </w:t>
            </w:r>
            <w:sdt>
              <w:sdtPr>
                <w:rPr>
                  <w:lang w:val="nb-NO"/>
                </w:rPr>
                <w:id w:val="1877963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Godkjent  </w:t>
            </w:r>
            <w:sdt>
              <w:sdtPr>
                <w:rPr>
                  <w:lang w:val="nb-NO"/>
                </w:rPr>
                <w:id w:val="1411967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Avslått</w:t>
            </w:r>
            <w:r>
              <w:rPr>
                <w:lang w:val="nb-NO"/>
              </w:rPr>
              <w:t xml:space="preserve">           </w:t>
            </w:r>
            <w:proofErr w:type="gramStart"/>
            <w:r w:rsidRPr="003C56CE">
              <w:rPr>
                <w:lang w:val="nb-NO"/>
              </w:rPr>
              <w:t xml:space="preserve">Dato: </w:t>
            </w:r>
            <w:r>
              <w:rPr>
                <w:lang w:val="nb-NO"/>
              </w:rPr>
              <w:t xml:space="preserve">  </w:t>
            </w:r>
            <w:proofErr w:type="gramEnd"/>
            <w:r>
              <w:rPr>
                <w:lang w:val="nb-NO"/>
              </w:rPr>
              <w:t xml:space="preserve">  </w:t>
            </w:r>
            <w:r w:rsidRPr="003C56CE">
              <w:rPr>
                <w:lang w:val="nb-NO"/>
              </w:rPr>
              <w:t>Ansvarlig underskrift fra nettselska</w:t>
            </w:r>
            <w:r>
              <w:rPr>
                <w:lang w:val="nb-NO"/>
              </w:rPr>
              <w:t xml:space="preserve">p </w:t>
            </w:r>
            <w:r w:rsidRPr="003C56CE">
              <w:rPr>
                <w:lang w:val="nb-NO"/>
              </w:rPr>
              <w:t>____________________________</w:t>
            </w:r>
          </w:p>
        </w:tc>
      </w:tr>
    </w:tbl>
    <w:p w14:paraId="332AB4C7" w14:textId="77777777" w:rsidR="00F62D63" w:rsidRPr="003C56CE" w:rsidRDefault="00F62D63">
      <w:pPr>
        <w:spacing w:after="20"/>
        <w:rPr>
          <w:lang w:val="nb-NO"/>
        </w:rPr>
      </w:pPr>
    </w:p>
    <w:tbl>
      <w:tblPr>
        <w:tblW w:w="0" w:type="auto"/>
        <w:jc w:val="center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3118"/>
        <w:gridCol w:w="3112"/>
        <w:gridCol w:w="6"/>
      </w:tblGrid>
      <w:tr w:rsidR="00AA3607" w14:paraId="2B7428AB" w14:textId="77777777" w:rsidTr="00AA3607">
        <w:trPr>
          <w:trHeight w:val="113"/>
          <w:jc w:val="center"/>
        </w:trPr>
        <w:tc>
          <w:tcPr>
            <w:tcW w:w="11055" w:type="dxa"/>
            <w:gridSpan w:val="4"/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EBEDEBF" w14:textId="535F9E17" w:rsidR="00AA3607" w:rsidRDefault="00AA3607" w:rsidP="00AA3607">
            <w:pPr>
              <w:spacing w:after="0" w:line="240" w:lineRule="auto"/>
              <w:jc w:val="center"/>
            </w:pPr>
            <w:proofErr w:type="spellStart"/>
            <w:r>
              <w:rPr>
                <w:b/>
                <w:sz w:val="14"/>
              </w:rPr>
              <w:t>Stikkledning</w:t>
            </w:r>
            <w:proofErr w:type="spellEnd"/>
            <w:r>
              <w:rPr>
                <w:b/>
                <w:sz w:val="14"/>
              </w:rPr>
              <w:t>/</w:t>
            </w:r>
            <w:proofErr w:type="spellStart"/>
            <w:r>
              <w:rPr>
                <w:b/>
                <w:sz w:val="14"/>
              </w:rPr>
              <w:t>målepunkt</w:t>
            </w:r>
            <w:proofErr w:type="spellEnd"/>
            <w:r>
              <w:rPr>
                <w:b/>
                <w:sz w:val="14"/>
              </w:rPr>
              <w:t>/</w:t>
            </w:r>
            <w:proofErr w:type="spellStart"/>
            <w:r>
              <w:rPr>
                <w:b/>
                <w:sz w:val="14"/>
              </w:rPr>
              <w:t>nettkunde</w:t>
            </w:r>
            <w:proofErr w:type="spellEnd"/>
          </w:p>
        </w:tc>
      </w:tr>
      <w:tr w:rsidR="00AA3607" w14:paraId="71E013F3" w14:textId="77777777" w:rsidTr="00AA3607">
        <w:trPr>
          <w:gridAfter w:val="1"/>
          <w:wAfter w:w="6" w:type="dxa"/>
          <w:trHeight w:val="340"/>
          <w:jc w:val="center"/>
        </w:trPr>
        <w:tc>
          <w:tcPr>
            <w:tcW w:w="48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4F7F00" w14:textId="77777777" w:rsidR="00AA3607" w:rsidRDefault="00AA3607">
            <w:pPr>
              <w:spacing w:after="0" w:line="240" w:lineRule="auto"/>
            </w:pPr>
            <w:proofErr w:type="spellStart"/>
            <w:r>
              <w:t>Målernr</w:t>
            </w:r>
            <w:proofErr w:type="spellEnd"/>
            <w:r>
              <w:t>.</w:t>
            </w:r>
          </w:p>
        </w:tc>
        <w:tc>
          <w:tcPr>
            <w:tcW w:w="311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0C81142" w14:textId="77777777" w:rsidR="00AA3607" w:rsidRDefault="00AA3607">
            <w:pPr>
              <w:spacing w:after="0" w:line="240" w:lineRule="auto"/>
            </w:pPr>
            <w:r>
              <w:t>Målerplassering (</w:t>
            </w:r>
            <w:proofErr w:type="gramStart"/>
            <w:r>
              <w:t>etg./</w:t>
            </w:r>
            <w:proofErr w:type="gramEnd"/>
            <w:r>
              <w:t>sted/rom)</w:t>
            </w:r>
          </w:p>
        </w:tc>
        <w:tc>
          <w:tcPr>
            <w:tcW w:w="311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4AE280" w14:textId="77777777" w:rsidR="00AA3607" w:rsidRDefault="00AA3607">
            <w:pPr>
              <w:spacing w:after="0" w:line="240" w:lineRule="auto"/>
            </w:pPr>
            <w:r>
              <w:t>Dato ønskes utført</w:t>
            </w:r>
          </w:p>
        </w:tc>
      </w:tr>
      <w:tr w:rsidR="00AA3607" w:rsidRPr="00034D19" w14:paraId="486CA5A9" w14:textId="77777777" w:rsidTr="00AA3607">
        <w:trPr>
          <w:gridAfter w:val="1"/>
          <w:wAfter w:w="6" w:type="dxa"/>
          <w:trHeight w:val="340"/>
          <w:jc w:val="center"/>
        </w:trPr>
        <w:tc>
          <w:tcPr>
            <w:tcW w:w="4819" w:type="dxa"/>
            <w:vMerge w:val="restart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5435353" w14:textId="490365FA" w:rsidR="00AA3607" w:rsidRPr="0030217C" w:rsidRDefault="00AA3607">
            <w:pPr>
              <w:spacing w:after="0" w:line="240" w:lineRule="auto"/>
              <w:rPr>
                <w:lang w:val="nb-NO"/>
              </w:rPr>
            </w:pPr>
            <w:r w:rsidRPr="003C56CE">
              <w:rPr>
                <w:lang w:val="nb-NO"/>
              </w:rPr>
              <w:t xml:space="preserve">Måler montert:  </w:t>
            </w:r>
            <w:sdt>
              <w:sdtPr>
                <w:rPr>
                  <w:lang w:val="nb-NO"/>
                </w:rPr>
                <w:id w:val="-927261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Ja   </w:t>
            </w:r>
            <w:sdt>
              <w:sdtPr>
                <w:rPr>
                  <w:lang w:val="nb-NO"/>
                </w:rPr>
                <w:id w:val="1876268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14D4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Nei</w:t>
            </w:r>
            <w:r w:rsidRPr="003C56CE">
              <w:rPr>
                <w:lang w:val="nb-NO"/>
              </w:rPr>
              <w:br/>
            </w:r>
            <w:sdt>
              <w:sdtPr>
                <w:rPr>
                  <w:lang w:val="nb-NO"/>
                </w:rPr>
                <w:id w:val="-625076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Plombering brutt  </w:t>
            </w:r>
            <w:sdt>
              <w:sdtPr>
                <w:rPr>
                  <w:lang w:val="nb-NO"/>
                </w:rPr>
                <w:id w:val="1369342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Måler prøv-koblet   </w:t>
            </w:r>
            <w:sdt>
              <w:sdtPr>
                <w:rPr>
                  <w:lang w:val="nb-NO"/>
                </w:rPr>
                <w:id w:val="1814360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Måler demontert</w:t>
            </w:r>
            <w:r w:rsidRPr="003C56CE">
              <w:rPr>
                <w:lang w:val="nb-NO"/>
              </w:rPr>
              <w:br/>
              <w:t xml:space="preserve">Bygges om til: </w:t>
            </w:r>
            <w:sdt>
              <w:sdtPr>
                <w:rPr>
                  <w:lang w:val="nb-NO"/>
                </w:rPr>
                <w:id w:val="990600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1-fase   </w:t>
            </w:r>
            <w:sdt>
              <w:sdtPr>
                <w:rPr>
                  <w:lang w:val="nb-NO"/>
                </w:rPr>
                <w:id w:val="-936676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3-fase   </w:t>
            </w:r>
            <w:sdt>
              <w:sdtPr>
                <w:rPr>
                  <w:lang w:val="nb-NO"/>
                </w:rPr>
                <w:id w:val="621037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Transformator­måling</w:t>
            </w:r>
            <w:r w:rsidRPr="003C56CE">
              <w:rPr>
                <w:lang w:val="nb-NO"/>
              </w:rPr>
              <w:br/>
            </w:r>
            <w:sdt>
              <w:sdtPr>
                <w:rPr>
                  <w:lang w:val="nb-NO"/>
                </w:rPr>
                <w:id w:val="-1038661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Anlegg kobles sammen med </w:t>
            </w:r>
            <w:proofErr w:type="spellStart"/>
            <w:r w:rsidRPr="003C56CE">
              <w:rPr>
                <w:lang w:val="nb-NO"/>
              </w:rPr>
              <w:t>målernr</w:t>
            </w:r>
            <w:proofErr w:type="spellEnd"/>
            <w:r w:rsidRPr="003C56CE">
              <w:rPr>
                <w:lang w:val="nb-NO"/>
              </w:rPr>
              <w:t>.: __________________</w:t>
            </w:r>
            <w:r w:rsidRPr="003C56CE">
              <w:rPr>
                <w:lang w:val="nb-NO"/>
              </w:rPr>
              <w:br/>
            </w:r>
            <w:sdt>
              <w:sdtPr>
                <w:rPr>
                  <w:lang w:val="nb-NO"/>
                </w:rPr>
                <w:id w:val="791474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Nytt måleranlegg</w:t>
            </w:r>
            <w:r w:rsidRPr="003C56CE">
              <w:rPr>
                <w:lang w:val="nb-NO"/>
              </w:rPr>
              <w:br/>
            </w:r>
            <w:sdt>
              <w:sdtPr>
                <w:rPr>
                  <w:lang w:val="nb-NO"/>
                </w:rPr>
                <w:id w:val="1538013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Strømtransformatorer endret fra: ____/5</w:t>
            </w:r>
            <w:proofErr w:type="gramStart"/>
            <w:r w:rsidRPr="003C56CE">
              <w:rPr>
                <w:lang w:val="nb-NO"/>
              </w:rPr>
              <w:t>A  til</w:t>
            </w:r>
            <w:proofErr w:type="gramEnd"/>
            <w:r w:rsidRPr="003C56CE">
              <w:rPr>
                <w:lang w:val="nb-NO"/>
              </w:rPr>
              <w:t>: ____/5A</w:t>
            </w:r>
            <w:r w:rsidRPr="003C56CE">
              <w:rPr>
                <w:lang w:val="nb-NO"/>
              </w:rPr>
              <w:br/>
            </w:r>
            <w:sdt>
              <w:sdtPr>
                <w:rPr>
                  <w:lang w:val="nb-NO"/>
                </w:rPr>
                <w:id w:val="-574734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14D4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Pr="003C56CE">
              <w:rPr>
                <w:lang w:val="nb-NO"/>
              </w:rPr>
              <w:t xml:space="preserve"> Gjelder flere anlegg på installasjonen. </w:t>
            </w:r>
            <w:r w:rsidRPr="0030217C">
              <w:rPr>
                <w:lang w:val="nb-NO"/>
              </w:rPr>
              <w:t>Se samleskjema</w:t>
            </w:r>
          </w:p>
        </w:tc>
        <w:tc>
          <w:tcPr>
            <w:tcW w:w="6230" w:type="dxa"/>
            <w:gridSpan w:val="2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2E0781D" w14:textId="77777777" w:rsidR="00AA3607" w:rsidRPr="003C56CE" w:rsidRDefault="00AA3607">
            <w:pPr>
              <w:spacing w:after="0" w:line="240" w:lineRule="auto"/>
              <w:rPr>
                <w:lang w:val="nb-NO"/>
              </w:rPr>
            </w:pPr>
            <w:r w:rsidRPr="003C56CE">
              <w:rPr>
                <w:lang w:val="nb-NO"/>
              </w:rPr>
              <w:t>Avtale med/til­latelse gitt av:</w:t>
            </w:r>
            <w:r w:rsidRPr="003C56CE">
              <w:rPr>
                <w:lang w:val="nb-NO"/>
              </w:rPr>
              <w:br/>
              <w:t>____________________________</w:t>
            </w:r>
          </w:p>
        </w:tc>
      </w:tr>
      <w:tr w:rsidR="00AA3607" w14:paraId="52B5EC44" w14:textId="77777777" w:rsidTr="00AA3607">
        <w:trPr>
          <w:gridAfter w:val="1"/>
          <w:wAfter w:w="6" w:type="dxa"/>
          <w:trHeight w:val="398"/>
          <w:jc w:val="center"/>
        </w:trPr>
        <w:tc>
          <w:tcPr>
            <w:tcW w:w="4819" w:type="dxa"/>
            <w:vMerge/>
          </w:tcPr>
          <w:p w14:paraId="4F81A3D3" w14:textId="77777777" w:rsidR="00AA3607" w:rsidRPr="003C56CE" w:rsidRDefault="00AA3607">
            <w:pPr>
              <w:rPr>
                <w:lang w:val="nb-NO"/>
              </w:rPr>
            </w:pPr>
          </w:p>
        </w:tc>
        <w:tc>
          <w:tcPr>
            <w:tcW w:w="6230" w:type="dxa"/>
            <w:gridSpan w:val="2"/>
            <w:vMerge w:val="restart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76AC1F" w14:textId="77777777" w:rsidR="00AA3607" w:rsidRDefault="00AA3607">
            <w:pPr>
              <w:spacing w:after="0" w:line="240" w:lineRule="auto"/>
            </w:pPr>
            <w:proofErr w:type="spellStart"/>
            <w:r>
              <w:t>Merknader</w:t>
            </w:r>
            <w:proofErr w:type="spellEnd"/>
            <w:r>
              <w:t>:</w:t>
            </w:r>
          </w:p>
        </w:tc>
      </w:tr>
      <w:tr w:rsidR="00AA3607" w14:paraId="1EC731DE" w14:textId="77777777" w:rsidTr="00AA3607">
        <w:trPr>
          <w:gridAfter w:val="1"/>
          <w:wAfter w:w="6" w:type="dxa"/>
          <w:trHeight w:val="398"/>
          <w:jc w:val="center"/>
        </w:trPr>
        <w:tc>
          <w:tcPr>
            <w:tcW w:w="4819" w:type="dxa"/>
            <w:vMerge/>
          </w:tcPr>
          <w:p w14:paraId="3108FFF0" w14:textId="77777777" w:rsidR="00AA3607" w:rsidRDefault="00AA3607"/>
        </w:tc>
        <w:tc>
          <w:tcPr>
            <w:tcW w:w="6230" w:type="dxa"/>
            <w:gridSpan w:val="2"/>
            <w:vMerge/>
          </w:tcPr>
          <w:p w14:paraId="414F6AF6" w14:textId="77777777" w:rsidR="00AA3607" w:rsidRDefault="00AA3607"/>
        </w:tc>
      </w:tr>
      <w:tr w:rsidR="00AA3607" w14:paraId="188BE3CF" w14:textId="77777777" w:rsidTr="00AA3607">
        <w:trPr>
          <w:gridAfter w:val="1"/>
          <w:wAfter w:w="6" w:type="dxa"/>
          <w:trHeight w:val="340"/>
          <w:jc w:val="center"/>
        </w:trPr>
        <w:tc>
          <w:tcPr>
            <w:tcW w:w="48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6130F34" w14:textId="77777777" w:rsidR="00AA3607" w:rsidRDefault="00AA3607">
            <w:pPr>
              <w:spacing w:after="0" w:line="240" w:lineRule="auto"/>
            </w:pPr>
            <w:r>
              <w:t>Nettkunde er/blir:</w:t>
            </w:r>
          </w:p>
        </w:tc>
        <w:tc>
          <w:tcPr>
            <w:tcW w:w="6230" w:type="dxa"/>
            <w:gridSpan w:val="2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43B0DC3" w14:textId="6C6A8A4A" w:rsidR="00AA3607" w:rsidRDefault="00AA3607">
            <w:pPr>
              <w:spacing w:after="0" w:line="240" w:lineRule="auto"/>
            </w:pPr>
            <w:r>
              <w:t>Stikkledning:</w:t>
            </w:r>
            <w:r>
              <w:br/>
            </w:r>
            <w:sdt>
              <w:sdtPr>
                <w:id w:val="1675610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Tilkobling   </w:t>
            </w:r>
            <w:sdt>
              <w:sdtPr>
                <w:id w:val="1718700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proofErr w:type="spellStart"/>
            <w:r>
              <w:t>Frakobling</w:t>
            </w:r>
            <w:proofErr w:type="spellEnd"/>
            <w:r>
              <w:t xml:space="preserve">   </w:t>
            </w:r>
            <w:sdt>
              <w:sdtPr>
                <w:id w:val="1597599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proofErr w:type="spellStart"/>
            <w:r>
              <w:t>Endring</w:t>
            </w:r>
            <w:proofErr w:type="spellEnd"/>
            <w:r>
              <w:t xml:space="preserve"> </w:t>
            </w:r>
            <w:proofErr w:type="spellStart"/>
            <w:r>
              <w:t>til</w:t>
            </w:r>
            <w:proofErr w:type="spellEnd"/>
            <w:r>
              <w:t xml:space="preserve"> 3-fase</w:t>
            </w:r>
          </w:p>
        </w:tc>
      </w:tr>
      <w:tr w:rsidR="00AA3607" w14:paraId="24B5712F" w14:textId="77777777" w:rsidTr="00AA3607">
        <w:trPr>
          <w:gridAfter w:val="1"/>
          <w:wAfter w:w="6" w:type="dxa"/>
          <w:trHeight w:val="340"/>
          <w:jc w:val="center"/>
        </w:trPr>
        <w:tc>
          <w:tcPr>
            <w:tcW w:w="11049" w:type="dxa"/>
            <w:gridSpan w:val="3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25CFF27" w14:textId="77777777" w:rsidR="00AA3607" w:rsidRDefault="00AA3607">
            <w:pPr>
              <w:spacing w:after="0" w:line="240" w:lineRule="auto"/>
            </w:pPr>
            <w:proofErr w:type="spellStart"/>
            <w:r>
              <w:t>Adresse</w:t>
            </w:r>
            <w:proofErr w:type="spellEnd"/>
          </w:p>
        </w:tc>
      </w:tr>
      <w:tr w:rsidR="00AA3607" w:rsidRPr="00034D19" w14:paraId="1B0ED613" w14:textId="77777777" w:rsidTr="00AA3607">
        <w:trPr>
          <w:gridAfter w:val="1"/>
          <w:wAfter w:w="6" w:type="dxa"/>
          <w:trHeight w:val="156"/>
          <w:jc w:val="center"/>
        </w:trPr>
        <w:tc>
          <w:tcPr>
            <w:tcW w:w="11049" w:type="dxa"/>
            <w:gridSpan w:val="3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8DD40E1" w14:textId="0AECB3A5" w:rsidR="00AA3607" w:rsidRPr="003C56CE" w:rsidRDefault="00AA3607">
            <w:pPr>
              <w:spacing w:after="0" w:line="240" w:lineRule="auto"/>
              <w:rPr>
                <w:lang w:val="da-DK"/>
              </w:rPr>
            </w:pPr>
            <w:r w:rsidRPr="00AA3607">
              <w:rPr>
                <w:lang w:val="da-DK"/>
              </w:rPr>
              <w:t>Postnummer/sted</w:t>
            </w:r>
            <w:r>
              <w:rPr>
                <w:lang w:val="da-DK"/>
              </w:rPr>
              <w:t xml:space="preserve">                                                                                     </w:t>
            </w:r>
            <w:r w:rsidRPr="003C56CE">
              <w:rPr>
                <w:lang w:val="da-DK"/>
              </w:rPr>
              <w:t>Fødselsdato/Org.nr.: __________</w:t>
            </w:r>
            <w:r w:rsidRPr="003C56CE">
              <w:rPr>
                <w:lang w:val="da-DK"/>
              </w:rPr>
              <w:br/>
              <w:t>Tlf./mob.nr.: __________</w:t>
            </w:r>
          </w:p>
        </w:tc>
      </w:tr>
    </w:tbl>
    <w:p w14:paraId="233764AE" w14:textId="77777777" w:rsidR="00F62D63" w:rsidRPr="003C56CE" w:rsidRDefault="00700617">
      <w:pPr>
        <w:spacing w:before="40" w:after="0"/>
        <w:rPr>
          <w:lang w:val="nb-NO"/>
        </w:rPr>
      </w:pPr>
      <w:r w:rsidRPr="003C56CE">
        <w:rPr>
          <w:lang w:val="nb-NO"/>
        </w:rPr>
        <w:t xml:space="preserve">Det bekreftes at nettselskapet kan </w:t>
      </w:r>
      <w:proofErr w:type="spellStart"/>
      <w:r w:rsidRPr="003C56CE">
        <w:rPr>
          <w:lang w:val="nb-NO"/>
        </w:rPr>
        <w:t>spenningssette</w:t>
      </w:r>
      <w:proofErr w:type="spellEnd"/>
      <w:r w:rsidRPr="003C56CE">
        <w:rPr>
          <w:lang w:val="nb-NO"/>
        </w:rPr>
        <w:t xml:space="preserve"> installasjonen/anlegget, og at det tilfredsstiller sikkerhetskravene i Forskrift om elektriske lavspenningsanlegg.</w:t>
      </w:r>
    </w:p>
    <w:p w14:paraId="1F1E2F85" w14:textId="77777777" w:rsidR="00F62D63" w:rsidRDefault="00700617">
      <w:pPr>
        <w:spacing w:before="40" w:after="0"/>
      </w:pPr>
      <w:proofErr w:type="gramStart"/>
      <w:r>
        <w:t>Dato: _</w:t>
      </w:r>
      <w:proofErr w:type="gramEnd"/>
      <w:r>
        <w:t xml:space="preserve">___________________    </w:t>
      </w:r>
      <w:proofErr w:type="spellStart"/>
      <w:r>
        <w:t>Ansvarlig</w:t>
      </w:r>
      <w:proofErr w:type="spellEnd"/>
      <w:r>
        <w:t xml:space="preserve"> </w:t>
      </w:r>
      <w:proofErr w:type="spellStart"/>
      <w:r>
        <w:t>underskrift</w:t>
      </w:r>
      <w:proofErr w:type="spellEnd"/>
      <w:r>
        <w:t xml:space="preserve"> </w:t>
      </w:r>
      <w:proofErr w:type="spellStart"/>
      <w:r>
        <w:t>fra</w:t>
      </w:r>
      <w:proofErr w:type="spellEnd"/>
      <w:r>
        <w:t xml:space="preserve"> </w:t>
      </w:r>
      <w:proofErr w:type="spellStart"/>
      <w:r>
        <w:t>entreprenør</w:t>
      </w:r>
      <w:proofErr w:type="spellEnd"/>
      <w:r>
        <w:t>: ______________________________________________</w:t>
      </w:r>
    </w:p>
    <w:sectPr w:rsidR="00F62D63" w:rsidSect="00034616">
      <w:pgSz w:w="12240" w:h="15840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6360426">
    <w:abstractNumId w:val="8"/>
  </w:num>
  <w:num w:numId="2" w16cid:durableId="1691907453">
    <w:abstractNumId w:val="6"/>
  </w:num>
  <w:num w:numId="3" w16cid:durableId="614753230">
    <w:abstractNumId w:val="5"/>
  </w:num>
  <w:num w:numId="4" w16cid:durableId="1752659475">
    <w:abstractNumId w:val="4"/>
  </w:num>
  <w:num w:numId="5" w16cid:durableId="354113457">
    <w:abstractNumId w:val="7"/>
  </w:num>
  <w:num w:numId="6" w16cid:durableId="1186016523">
    <w:abstractNumId w:val="3"/>
  </w:num>
  <w:num w:numId="7" w16cid:durableId="1454858418">
    <w:abstractNumId w:val="2"/>
  </w:num>
  <w:num w:numId="8" w16cid:durableId="179467127">
    <w:abstractNumId w:val="1"/>
  </w:num>
  <w:num w:numId="9" w16cid:durableId="584801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4D19"/>
    <w:rsid w:val="0006063C"/>
    <w:rsid w:val="000B24D4"/>
    <w:rsid w:val="0015074B"/>
    <w:rsid w:val="001B7C08"/>
    <w:rsid w:val="0029639D"/>
    <w:rsid w:val="0030217C"/>
    <w:rsid w:val="00326F90"/>
    <w:rsid w:val="003C56CE"/>
    <w:rsid w:val="00700617"/>
    <w:rsid w:val="00A5321D"/>
    <w:rsid w:val="00AA1D8D"/>
    <w:rsid w:val="00AA3607"/>
    <w:rsid w:val="00B47730"/>
    <w:rsid w:val="00BC03A3"/>
    <w:rsid w:val="00CB0664"/>
    <w:rsid w:val="00D24A9E"/>
    <w:rsid w:val="00EE14D4"/>
    <w:rsid w:val="00F62D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6B4E5F"/>
  <w14:defaultImageDpi w14:val="300"/>
  <w15:docId w15:val="{1D5F5C53-70F6-4E09-8382-86ECB2DFC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5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E92C00B548A74BABCB8AD4D77873FD" ma:contentTypeVersion="13" ma:contentTypeDescription="Opprett et nytt dokument." ma:contentTypeScope="" ma:versionID="f903b0e8eea59449f32be31dd030eca8">
  <xsd:schema xmlns:xsd="http://www.w3.org/2001/XMLSchema" xmlns:xs="http://www.w3.org/2001/XMLSchema" xmlns:p="http://schemas.microsoft.com/office/2006/metadata/properties" xmlns:ns2="1cc0d359-0586-4579-b3b7-76f6fc7a5c13" xmlns:ns3="15de2802-004b-43b4-a352-a59935ca21ab" targetNamespace="http://schemas.microsoft.com/office/2006/metadata/properties" ma:root="true" ma:fieldsID="d486f8e531cc17425f9758ff84344c90" ns2:_="" ns3:_="">
    <xsd:import namespace="1cc0d359-0586-4579-b3b7-76f6fc7a5c13"/>
    <xsd:import namespace="15de2802-004b-43b4-a352-a59935ca21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c0d359-0586-4579-b3b7-76f6fc7a5c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85f789e2-50b5-469c-8d62-e676e599bf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e2802-004b-43b4-a352-a59935ca21a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04d86df-81d5-4aee-a0a2-38b79c3780a6}" ma:internalName="TaxCatchAll" ma:showField="CatchAllData" ma:web="15de2802-004b-43b4-a352-a59935ca21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c0d359-0586-4579-b3b7-76f6fc7a5c13">
      <Terms xmlns="http://schemas.microsoft.com/office/infopath/2007/PartnerControls"/>
    </lcf76f155ced4ddcb4097134ff3c332f>
    <TaxCatchAll xmlns="15de2802-004b-43b4-a352-a59935ca21ab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320379-0B9E-465F-9DA1-5407FC3D46B7}"/>
</file>

<file path=customXml/itemProps3.xml><?xml version="1.0" encoding="utf-8"?>
<ds:datastoreItem xmlns:ds="http://schemas.openxmlformats.org/officeDocument/2006/customXml" ds:itemID="{EB1D9186-6A4E-4811-8451-D99F34C029CE}"/>
</file>

<file path=customXml/itemProps4.xml><?xml version="1.0" encoding="utf-8"?>
<ds:datastoreItem xmlns:ds="http://schemas.openxmlformats.org/officeDocument/2006/customXml" ds:itemID="{25F5E6DC-0608-4EC4-A5C0-5E02EEB490B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504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 Flatekval</cp:lastModifiedBy>
  <cp:revision>3</cp:revision>
  <dcterms:created xsi:type="dcterms:W3CDTF">2026-09-24T09:37:00Z</dcterms:created>
  <dcterms:modified xsi:type="dcterms:W3CDTF">2026-09-24T09:38:00Z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0x01010037E92C00B548A74BABCB8AD4D77873FD</vt:lpwstr>
  </property>
</Properties>
</file>